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D38F0" w14:textId="77777777" w:rsidR="00B1531A" w:rsidRPr="00EC4F00" w:rsidRDefault="00555243">
      <w:pPr>
        <w:rPr>
          <w:sz w:val="28"/>
          <w:szCs w:val="28"/>
        </w:rPr>
      </w:pPr>
      <w:r w:rsidRPr="00EC4F00">
        <w:rPr>
          <w:b/>
          <w:sz w:val="28"/>
          <w:szCs w:val="28"/>
        </w:rPr>
        <w:t>MASSAGE THERAPY | GENERAL USE</w:t>
      </w:r>
    </w:p>
    <w:p w14:paraId="3FEE4E1E" w14:textId="77777777" w:rsidR="00B1531A" w:rsidRPr="00EC4F00" w:rsidRDefault="00555243">
      <w:pPr>
        <w:spacing w:after="100"/>
        <w:rPr>
          <w:sz w:val="24"/>
          <w:szCs w:val="24"/>
        </w:rPr>
      </w:pPr>
      <w:r w:rsidRPr="00EC4F00">
        <w:rPr>
          <w:b/>
          <w:sz w:val="28"/>
          <w:szCs w:val="24"/>
        </w:rPr>
        <w:t>INFORMED CONSENT &amp; TREATMENT AGREEMENT (Required for Each Visit)</w:t>
      </w:r>
    </w:p>
    <w:p w14:paraId="0C83A65A" w14:textId="77777777" w:rsidR="00EC4F00" w:rsidRDefault="00EC4F00">
      <w:pPr>
        <w:spacing w:after="80"/>
        <w:rPr>
          <w:b/>
          <w:sz w:val="28"/>
          <w:szCs w:val="28"/>
        </w:rPr>
      </w:pPr>
    </w:p>
    <w:p w14:paraId="3437A359" w14:textId="57DE76E2" w:rsidR="00B1531A" w:rsidRDefault="00555243">
      <w:pPr>
        <w:spacing w:after="80"/>
        <w:rPr>
          <w:b/>
          <w:sz w:val="28"/>
          <w:szCs w:val="28"/>
        </w:rPr>
      </w:pPr>
      <w:r w:rsidRPr="00EC4F00">
        <w:rPr>
          <w:b/>
          <w:sz w:val="28"/>
          <w:szCs w:val="28"/>
        </w:rPr>
        <w:t xml:space="preserve">CLIENT </w:t>
      </w:r>
      <w:proofErr w:type="gramStart"/>
      <w:r w:rsidRPr="00EC4F00">
        <w:rPr>
          <w:b/>
          <w:sz w:val="28"/>
          <w:szCs w:val="28"/>
        </w:rPr>
        <w:t>NAME: _</w:t>
      </w:r>
      <w:proofErr w:type="gramEnd"/>
      <w:r w:rsidRPr="00EC4F00">
        <w:rPr>
          <w:b/>
          <w:sz w:val="28"/>
          <w:szCs w:val="28"/>
        </w:rPr>
        <w:t>_______________________________</w:t>
      </w:r>
      <w:r w:rsidRPr="00EC4F00">
        <w:rPr>
          <w:b/>
          <w:sz w:val="28"/>
          <w:szCs w:val="28"/>
        </w:rPr>
        <w:t xml:space="preserve">   DATE: _________________</w:t>
      </w:r>
    </w:p>
    <w:p w14:paraId="4E957CB8" w14:textId="77777777" w:rsidR="00EC4F00" w:rsidRPr="00EC4F00" w:rsidRDefault="00EC4F00">
      <w:pPr>
        <w:spacing w:after="80"/>
        <w:rPr>
          <w:b/>
          <w:sz w:val="28"/>
          <w:szCs w:val="28"/>
        </w:rPr>
      </w:pPr>
    </w:p>
    <w:p w14:paraId="55826DFD" w14:textId="77777777" w:rsidR="00B1531A" w:rsidRPr="00EC4F00" w:rsidRDefault="00555243">
      <w:pPr>
        <w:spacing w:before="100" w:after="20"/>
        <w:rPr>
          <w:sz w:val="28"/>
          <w:szCs w:val="28"/>
        </w:rPr>
      </w:pPr>
      <w:r w:rsidRPr="00EC4F00">
        <w:rPr>
          <w:b/>
          <w:sz w:val="36"/>
          <w:szCs w:val="28"/>
        </w:rPr>
        <w:t>1. NATURE OF TREATMENT</w:t>
      </w:r>
    </w:p>
    <w:p w14:paraId="07C268E4" w14:textId="77777777" w:rsidR="00B1531A" w:rsidRPr="00EC4F00" w:rsidRDefault="00555243">
      <w:pPr>
        <w:rPr>
          <w:sz w:val="28"/>
          <w:szCs w:val="28"/>
        </w:rPr>
      </w:pPr>
      <w:r w:rsidRPr="00EC4F00">
        <w:rPr>
          <w:sz w:val="28"/>
          <w:szCs w:val="28"/>
        </w:rPr>
        <w:t>I understand that I am receiving massage therapy, which may include but is not limited to:</w:t>
      </w:r>
    </w:p>
    <w:p w14:paraId="483EAE79" w14:textId="77777777" w:rsidR="00B1531A" w:rsidRPr="00EC4F00" w:rsidRDefault="00555243">
      <w:pPr>
        <w:ind w:left="317" w:hanging="173"/>
        <w:rPr>
          <w:sz w:val="28"/>
          <w:szCs w:val="28"/>
        </w:rPr>
      </w:pPr>
      <w:r w:rsidRPr="00EC4F00">
        <w:rPr>
          <w:sz w:val="28"/>
          <w:szCs w:val="28"/>
        </w:rPr>
        <w:t>•  Swedish and general massage techniques</w:t>
      </w:r>
    </w:p>
    <w:p w14:paraId="27B821EA" w14:textId="77777777" w:rsidR="00B1531A" w:rsidRPr="00EC4F00" w:rsidRDefault="00555243">
      <w:pPr>
        <w:ind w:left="317" w:hanging="173"/>
        <w:rPr>
          <w:sz w:val="28"/>
          <w:szCs w:val="28"/>
        </w:rPr>
      </w:pPr>
      <w:r w:rsidRPr="00EC4F00">
        <w:rPr>
          <w:sz w:val="28"/>
          <w:szCs w:val="28"/>
        </w:rPr>
        <w:t>•  Kneading, compression, friction, and rhythmic pressure</w:t>
      </w:r>
    </w:p>
    <w:p w14:paraId="5DF9CC32" w14:textId="77777777" w:rsidR="00B1531A" w:rsidRPr="00EC4F00" w:rsidRDefault="00555243">
      <w:pPr>
        <w:ind w:left="317" w:hanging="173"/>
        <w:rPr>
          <w:sz w:val="28"/>
          <w:szCs w:val="28"/>
        </w:rPr>
      </w:pPr>
      <w:r w:rsidRPr="00EC4F00">
        <w:rPr>
          <w:sz w:val="28"/>
          <w:szCs w:val="28"/>
        </w:rPr>
        <w:t>•  Soft-tissue massage and focused pressure techniques within the therapist's training</w:t>
      </w:r>
    </w:p>
    <w:p w14:paraId="531B9139" w14:textId="77777777" w:rsidR="00B1531A" w:rsidRPr="00EC4F00" w:rsidRDefault="00555243">
      <w:pPr>
        <w:ind w:left="317" w:hanging="173"/>
        <w:rPr>
          <w:sz w:val="28"/>
          <w:szCs w:val="28"/>
        </w:rPr>
      </w:pPr>
      <w:r w:rsidRPr="00EC4F00">
        <w:rPr>
          <w:sz w:val="28"/>
          <w:szCs w:val="28"/>
        </w:rPr>
        <w:t>•  Range-of-motion and nonspecific stretching</w:t>
      </w:r>
    </w:p>
    <w:p w14:paraId="639F2999" w14:textId="77777777" w:rsidR="00B1531A" w:rsidRPr="00EC4F00" w:rsidRDefault="00555243">
      <w:pPr>
        <w:ind w:left="317" w:hanging="173"/>
        <w:rPr>
          <w:sz w:val="28"/>
          <w:szCs w:val="28"/>
        </w:rPr>
      </w:pPr>
      <w:r w:rsidRPr="00EC4F00">
        <w:rPr>
          <w:sz w:val="28"/>
          <w:szCs w:val="28"/>
        </w:rPr>
        <w:t>•  Movement and positioning used to support massage treatment</w:t>
      </w:r>
    </w:p>
    <w:p w14:paraId="6C0BB004" w14:textId="77777777" w:rsidR="00B1531A" w:rsidRPr="00EC4F00" w:rsidRDefault="00555243">
      <w:pPr>
        <w:ind w:left="317" w:hanging="173"/>
        <w:rPr>
          <w:sz w:val="28"/>
          <w:szCs w:val="28"/>
        </w:rPr>
      </w:pPr>
      <w:r w:rsidRPr="00EC4F00">
        <w:rPr>
          <w:sz w:val="28"/>
          <w:szCs w:val="28"/>
        </w:rPr>
        <w:t>•  Hot or cold applications, when appropriate</w:t>
      </w:r>
    </w:p>
    <w:p w14:paraId="176C76B4" w14:textId="77777777" w:rsidR="00B1531A" w:rsidRPr="00EC4F00" w:rsidRDefault="00555243">
      <w:pPr>
        <w:ind w:left="317" w:hanging="173"/>
        <w:rPr>
          <w:sz w:val="28"/>
          <w:szCs w:val="28"/>
        </w:rPr>
      </w:pPr>
      <w:r w:rsidRPr="00EC4F00">
        <w:rPr>
          <w:sz w:val="28"/>
          <w:szCs w:val="28"/>
        </w:rPr>
        <w:t>•  Massage oils, lotions, creams, or other topical products</w:t>
      </w:r>
    </w:p>
    <w:p w14:paraId="37128493" w14:textId="77777777" w:rsidR="00B1531A" w:rsidRPr="00EC4F00" w:rsidRDefault="00555243">
      <w:pPr>
        <w:spacing w:after="40"/>
        <w:rPr>
          <w:sz w:val="28"/>
          <w:szCs w:val="28"/>
        </w:rPr>
      </w:pPr>
      <w:r w:rsidRPr="00EC4F00">
        <w:rPr>
          <w:sz w:val="28"/>
          <w:szCs w:val="28"/>
        </w:rPr>
        <w:t>The techniques used will depend on my goals, health history, preferences, and the massage therapist's education and training. Massage therapy is intended to support comfort, relaxation, mobility, and general health and well-being.</w:t>
      </w:r>
    </w:p>
    <w:p w14:paraId="5C74C32F" w14:textId="77777777" w:rsidR="00B1531A" w:rsidRPr="00EC4F00" w:rsidRDefault="00555243">
      <w:pPr>
        <w:spacing w:before="100" w:after="20"/>
        <w:rPr>
          <w:sz w:val="28"/>
          <w:szCs w:val="28"/>
        </w:rPr>
      </w:pPr>
      <w:r w:rsidRPr="00EC4F00">
        <w:rPr>
          <w:b/>
          <w:sz w:val="36"/>
          <w:szCs w:val="28"/>
        </w:rPr>
        <w:t>2. AREAS OF TREATMENT</w:t>
      </w:r>
    </w:p>
    <w:p w14:paraId="0670BC5E" w14:textId="77777777" w:rsidR="00B1531A" w:rsidRPr="00EC4F00" w:rsidRDefault="00555243">
      <w:pPr>
        <w:rPr>
          <w:sz w:val="28"/>
          <w:szCs w:val="28"/>
        </w:rPr>
      </w:pPr>
      <w:r w:rsidRPr="00EC4F00">
        <w:rPr>
          <w:sz w:val="28"/>
          <w:szCs w:val="28"/>
        </w:rPr>
        <w:t>I understand that massage may involve areas of the body related to my stated concerns and treatment goals. Depending on the agreed plan, this may include:</w:t>
      </w:r>
    </w:p>
    <w:p w14:paraId="2DF710E8" w14:textId="77777777" w:rsidR="00B1531A" w:rsidRPr="00EC4F00" w:rsidRDefault="00555243">
      <w:pPr>
        <w:ind w:left="317" w:hanging="173"/>
        <w:rPr>
          <w:sz w:val="28"/>
          <w:szCs w:val="28"/>
        </w:rPr>
      </w:pPr>
      <w:r w:rsidRPr="00EC4F00">
        <w:rPr>
          <w:sz w:val="28"/>
          <w:szCs w:val="28"/>
        </w:rPr>
        <w:t>•  Back, shoulders, neck, arms, hands, legs, and feet</w:t>
      </w:r>
    </w:p>
    <w:p w14:paraId="7A5054F1" w14:textId="77777777" w:rsidR="00B1531A" w:rsidRPr="00EC4F00" w:rsidRDefault="00555243">
      <w:pPr>
        <w:ind w:left="317" w:hanging="173"/>
        <w:rPr>
          <w:sz w:val="28"/>
          <w:szCs w:val="28"/>
        </w:rPr>
      </w:pPr>
      <w:r w:rsidRPr="00EC4F00">
        <w:rPr>
          <w:sz w:val="28"/>
          <w:szCs w:val="28"/>
        </w:rPr>
        <w:t>•  Hips and gluteal region</w:t>
      </w:r>
    </w:p>
    <w:p w14:paraId="76D79862" w14:textId="77777777" w:rsidR="00B1531A" w:rsidRPr="00EC4F00" w:rsidRDefault="00555243">
      <w:pPr>
        <w:ind w:left="317" w:hanging="173"/>
        <w:rPr>
          <w:sz w:val="28"/>
          <w:szCs w:val="28"/>
        </w:rPr>
      </w:pPr>
      <w:r w:rsidRPr="00EC4F00">
        <w:rPr>
          <w:sz w:val="28"/>
          <w:szCs w:val="28"/>
        </w:rPr>
        <w:t>•  Abdomen, when appropriate and agreed upon</w:t>
      </w:r>
    </w:p>
    <w:p w14:paraId="47FDEB1A" w14:textId="77777777" w:rsidR="00B1531A" w:rsidRPr="00EC4F00" w:rsidRDefault="00555243">
      <w:pPr>
        <w:ind w:left="317" w:hanging="173"/>
        <w:rPr>
          <w:sz w:val="28"/>
          <w:szCs w:val="28"/>
        </w:rPr>
      </w:pPr>
      <w:r w:rsidRPr="00EC4F00">
        <w:rPr>
          <w:sz w:val="28"/>
          <w:szCs w:val="28"/>
        </w:rPr>
        <w:t>•  Upper chest, excluding breast tissue</w:t>
      </w:r>
    </w:p>
    <w:p w14:paraId="733115E4" w14:textId="77777777" w:rsidR="00B1531A" w:rsidRPr="00EC4F00" w:rsidRDefault="00555243">
      <w:pPr>
        <w:ind w:left="317" w:hanging="173"/>
        <w:rPr>
          <w:sz w:val="28"/>
          <w:szCs w:val="28"/>
        </w:rPr>
      </w:pPr>
      <w:r w:rsidRPr="00EC4F00">
        <w:rPr>
          <w:sz w:val="28"/>
          <w:szCs w:val="28"/>
        </w:rPr>
        <w:t>•  Areas near joints or other soft-tissue structures related to the massage plan</w:t>
      </w:r>
    </w:p>
    <w:p w14:paraId="3D21B6AD" w14:textId="77777777" w:rsidR="00B1531A" w:rsidRPr="00EC4F00" w:rsidRDefault="00555243">
      <w:pPr>
        <w:spacing w:after="40"/>
        <w:rPr>
          <w:sz w:val="28"/>
          <w:szCs w:val="28"/>
        </w:rPr>
      </w:pPr>
      <w:r w:rsidRPr="00EC4F00">
        <w:rPr>
          <w:sz w:val="28"/>
          <w:szCs w:val="28"/>
        </w:rPr>
        <w:t>Any sensitive or proximal area will be discussed before hands-on care begins and will only be included with my informed agreement and appropriate professional draping.</w:t>
      </w:r>
    </w:p>
    <w:p w14:paraId="5169E596" w14:textId="77777777" w:rsidR="00B1531A" w:rsidRPr="00EC4F00" w:rsidRDefault="00555243">
      <w:pPr>
        <w:spacing w:before="100" w:after="20"/>
        <w:rPr>
          <w:sz w:val="28"/>
          <w:szCs w:val="28"/>
        </w:rPr>
      </w:pPr>
      <w:r w:rsidRPr="00EC4F00">
        <w:rPr>
          <w:b/>
          <w:sz w:val="36"/>
          <w:szCs w:val="28"/>
        </w:rPr>
        <w:t>3. DRAPING &amp; PRIVACY</w:t>
      </w:r>
    </w:p>
    <w:p w14:paraId="6699840E" w14:textId="77777777" w:rsidR="00B1531A" w:rsidRPr="00EC4F00" w:rsidRDefault="00555243">
      <w:pPr>
        <w:ind w:left="317" w:hanging="173"/>
        <w:rPr>
          <w:sz w:val="28"/>
          <w:szCs w:val="28"/>
        </w:rPr>
      </w:pPr>
      <w:r w:rsidRPr="00EC4F00">
        <w:rPr>
          <w:sz w:val="28"/>
          <w:szCs w:val="28"/>
        </w:rPr>
        <w:t>•  I may undress only to my level of comfort.</w:t>
      </w:r>
    </w:p>
    <w:p w14:paraId="2A6C01C0" w14:textId="77777777" w:rsidR="00B1531A" w:rsidRPr="00EC4F00" w:rsidRDefault="00555243">
      <w:pPr>
        <w:ind w:left="317" w:hanging="173"/>
        <w:rPr>
          <w:sz w:val="28"/>
          <w:szCs w:val="28"/>
        </w:rPr>
      </w:pPr>
      <w:r w:rsidRPr="00EC4F00">
        <w:rPr>
          <w:sz w:val="28"/>
          <w:szCs w:val="28"/>
        </w:rPr>
        <w:t>•  Professional draping will be maintained throughout the session.</w:t>
      </w:r>
    </w:p>
    <w:p w14:paraId="0C8BF579" w14:textId="77777777" w:rsidR="00B1531A" w:rsidRPr="00EC4F00" w:rsidRDefault="00555243">
      <w:pPr>
        <w:ind w:left="317" w:hanging="173"/>
        <w:rPr>
          <w:sz w:val="28"/>
          <w:szCs w:val="28"/>
        </w:rPr>
      </w:pPr>
      <w:r w:rsidRPr="00EC4F00">
        <w:rPr>
          <w:sz w:val="28"/>
          <w:szCs w:val="28"/>
        </w:rPr>
        <w:t>•  Genitals and breast tissue will remain covered. Only the area being worked with will be uncovered as appropriate.</w:t>
      </w:r>
    </w:p>
    <w:p w14:paraId="7054EAD0" w14:textId="77777777" w:rsidR="00B1531A" w:rsidRPr="00EC4F00" w:rsidRDefault="00555243">
      <w:pPr>
        <w:ind w:left="317" w:hanging="173"/>
        <w:rPr>
          <w:sz w:val="28"/>
          <w:szCs w:val="28"/>
        </w:rPr>
      </w:pPr>
      <w:r w:rsidRPr="00EC4F00">
        <w:rPr>
          <w:sz w:val="28"/>
          <w:szCs w:val="28"/>
        </w:rPr>
        <w:t>•  I may request additional covering, a change in positioning, or a change in the treatment plan at any time.</w:t>
      </w:r>
    </w:p>
    <w:p w14:paraId="04C10ED3" w14:textId="77777777" w:rsidR="00B1531A" w:rsidRPr="00EC4F00" w:rsidRDefault="00555243">
      <w:pPr>
        <w:spacing w:before="60"/>
        <w:jc w:val="right"/>
        <w:rPr>
          <w:sz w:val="28"/>
          <w:szCs w:val="28"/>
        </w:rPr>
      </w:pPr>
      <w:r w:rsidRPr="00EC4F00">
        <w:rPr>
          <w:b/>
          <w:sz w:val="28"/>
          <w:szCs w:val="28"/>
        </w:rPr>
        <w:t>Client Initials: __________</w:t>
      </w:r>
    </w:p>
    <w:p w14:paraId="7D625F6F" w14:textId="77777777" w:rsidR="00B1531A" w:rsidRPr="00EC4F00" w:rsidRDefault="00555243">
      <w:pPr>
        <w:spacing w:before="60"/>
        <w:jc w:val="center"/>
        <w:rPr>
          <w:sz w:val="28"/>
          <w:szCs w:val="28"/>
        </w:rPr>
      </w:pPr>
      <w:r w:rsidRPr="00EC4F00">
        <w:rPr>
          <w:b/>
          <w:sz w:val="28"/>
          <w:szCs w:val="28"/>
        </w:rPr>
        <w:t>PLEASE TURN OVER</w:t>
      </w:r>
    </w:p>
    <w:p w14:paraId="41F41AAA" w14:textId="77777777" w:rsidR="00B1531A" w:rsidRPr="00EC4F00" w:rsidRDefault="00555243">
      <w:pPr>
        <w:rPr>
          <w:sz w:val="28"/>
          <w:szCs w:val="28"/>
        </w:rPr>
      </w:pPr>
      <w:r w:rsidRPr="00EC4F00">
        <w:rPr>
          <w:sz w:val="28"/>
          <w:szCs w:val="28"/>
        </w:rPr>
        <w:br w:type="page"/>
      </w:r>
    </w:p>
    <w:p w14:paraId="4CAFB09E" w14:textId="77777777" w:rsidR="00B1531A" w:rsidRPr="00EC4F00" w:rsidRDefault="00555243">
      <w:pPr>
        <w:spacing w:before="100" w:after="20"/>
        <w:rPr>
          <w:sz w:val="28"/>
          <w:szCs w:val="28"/>
        </w:rPr>
      </w:pPr>
      <w:r>
        <w:rPr>
          <w:b/>
          <w:sz w:val="28"/>
        </w:rPr>
        <w:lastRenderedPageBreak/>
        <w:t>4</w:t>
      </w:r>
      <w:r w:rsidRPr="00EC4F00">
        <w:rPr>
          <w:b/>
          <w:sz w:val="36"/>
          <w:szCs w:val="28"/>
        </w:rPr>
        <w:t>. CLIENT RIGHTS &amp; CONTROL</w:t>
      </w:r>
    </w:p>
    <w:p w14:paraId="0B177478" w14:textId="77777777" w:rsidR="00B1531A" w:rsidRPr="00EC4F00" w:rsidRDefault="00555243">
      <w:pPr>
        <w:rPr>
          <w:sz w:val="28"/>
          <w:szCs w:val="28"/>
        </w:rPr>
      </w:pPr>
      <w:r w:rsidRPr="00EC4F00">
        <w:rPr>
          <w:sz w:val="28"/>
          <w:szCs w:val="28"/>
        </w:rPr>
        <w:t>I understand that:</w:t>
      </w:r>
    </w:p>
    <w:p w14:paraId="1DDBD59F" w14:textId="77777777" w:rsidR="00B1531A" w:rsidRPr="00EC4F00" w:rsidRDefault="00555243">
      <w:pPr>
        <w:ind w:left="317" w:hanging="173"/>
        <w:rPr>
          <w:sz w:val="28"/>
          <w:szCs w:val="28"/>
        </w:rPr>
      </w:pPr>
      <w:r w:rsidRPr="00EC4F00">
        <w:rPr>
          <w:sz w:val="28"/>
          <w:szCs w:val="28"/>
        </w:rPr>
        <w:t>•  I have the right to ask questions about the proposed massage plan, techniques, positioning, draping, or products.</w:t>
      </w:r>
    </w:p>
    <w:p w14:paraId="159EE6D1" w14:textId="77777777" w:rsidR="00B1531A" w:rsidRPr="00EC4F00" w:rsidRDefault="00555243">
      <w:pPr>
        <w:ind w:left="317" w:hanging="173"/>
        <w:rPr>
          <w:sz w:val="28"/>
          <w:szCs w:val="28"/>
        </w:rPr>
      </w:pPr>
      <w:r w:rsidRPr="00EC4F00">
        <w:rPr>
          <w:sz w:val="28"/>
          <w:szCs w:val="28"/>
        </w:rPr>
        <w:t>•  I may refuse, modify, pause, or stop treatment at any point.</w:t>
      </w:r>
    </w:p>
    <w:p w14:paraId="0C09A04B" w14:textId="77777777" w:rsidR="00B1531A" w:rsidRPr="00EC4F00" w:rsidRDefault="00555243">
      <w:pPr>
        <w:ind w:left="317" w:hanging="173"/>
        <w:rPr>
          <w:sz w:val="28"/>
          <w:szCs w:val="28"/>
        </w:rPr>
      </w:pPr>
      <w:r w:rsidRPr="00EC4F00">
        <w:rPr>
          <w:sz w:val="28"/>
          <w:szCs w:val="28"/>
        </w:rPr>
        <w:t>•  I am encouraged to communicate discomfort, pain, concerns, or changes in how I am feeling.</w:t>
      </w:r>
    </w:p>
    <w:p w14:paraId="685711D8" w14:textId="77777777" w:rsidR="00B1531A" w:rsidRPr="00EC4F00" w:rsidRDefault="00555243">
      <w:pPr>
        <w:spacing w:after="40"/>
        <w:rPr>
          <w:sz w:val="28"/>
          <w:szCs w:val="28"/>
        </w:rPr>
      </w:pPr>
      <w:r w:rsidRPr="00EC4F00">
        <w:rPr>
          <w:sz w:val="28"/>
          <w:szCs w:val="28"/>
        </w:rPr>
        <w:t>My consent is ongoing and may be withdrawn at any time during the session.</w:t>
      </w:r>
    </w:p>
    <w:p w14:paraId="6F5478F0" w14:textId="77777777" w:rsidR="00B1531A" w:rsidRPr="00EC4F00" w:rsidRDefault="00555243">
      <w:pPr>
        <w:spacing w:before="100" w:after="20"/>
        <w:rPr>
          <w:sz w:val="28"/>
          <w:szCs w:val="28"/>
        </w:rPr>
      </w:pPr>
      <w:r w:rsidRPr="00EC4F00">
        <w:rPr>
          <w:b/>
          <w:sz w:val="36"/>
          <w:szCs w:val="28"/>
        </w:rPr>
        <w:t>5. POSSIBLE RESPONSES &amp; RISKS</w:t>
      </w:r>
    </w:p>
    <w:p w14:paraId="16B0777E" w14:textId="77777777" w:rsidR="00B1531A" w:rsidRPr="00EC4F00" w:rsidRDefault="00555243">
      <w:pPr>
        <w:rPr>
          <w:sz w:val="28"/>
          <w:szCs w:val="28"/>
        </w:rPr>
      </w:pPr>
      <w:r w:rsidRPr="00EC4F00">
        <w:rPr>
          <w:sz w:val="28"/>
          <w:szCs w:val="28"/>
        </w:rPr>
        <w:t>I understand that massage therapy may result in:</w:t>
      </w:r>
    </w:p>
    <w:p w14:paraId="0AE4CA42" w14:textId="77777777" w:rsidR="00B1531A" w:rsidRPr="00EC4F00" w:rsidRDefault="00555243">
      <w:pPr>
        <w:ind w:left="317" w:hanging="173"/>
        <w:rPr>
          <w:sz w:val="28"/>
          <w:szCs w:val="28"/>
        </w:rPr>
      </w:pPr>
      <w:r w:rsidRPr="00EC4F00">
        <w:rPr>
          <w:sz w:val="28"/>
          <w:szCs w:val="28"/>
        </w:rPr>
        <w:t>•  Temporary soreness or tenderness</w:t>
      </w:r>
    </w:p>
    <w:p w14:paraId="06300346" w14:textId="77777777" w:rsidR="00B1531A" w:rsidRPr="00EC4F00" w:rsidRDefault="00555243">
      <w:pPr>
        <w:ind w:left="317" w:hanging="173"/>
        <w:rPr>
          <w:sz w:val="28"/>
          <w:szCs w:val="28"/>
        </w:rPr>
      </w:pPr>
      <w:r w:rsidRPr="00EC4F00">
        <w:rPr>
          <w:sz w:val="28"/>
          <w:szCs w:val="28"/>
        </w:rPr>
        <w:t>•  Temporary skin redness or sensitivity</w:t>
      </w:r>
    </w:p>
    <w:p w14:paraId="7AFA37DE" w14:textId="77777777" w:rsidR="00B1531A" w:rsidRPr="00EC4F00" w:rsidRDefault="00555243">
      <w:pPr>
        <w:ind w:left="317" w:hanging="173"/>
        <w:rPr>
          <w:sz w:val="28"/>
          <w:szCs w:val="28"/>
        </w:rPr>
      </w:pPr>
      <w:r w:rsidRPr="00EC4F00">
        <w:rPr>
          <w:sz w:val="28"/>
          <w:szCs w:val="28"/>
        </w:rPr>
        <w:t>•  Fatigue, relaxation, or changes in body awareness</w:t>
      </w:r>
    </w:p>
    <w:p w14:paraId="6C3E3CA0" w14:textId="77777777" w:rsidR="00B1531A" w:rsidRPr="00EC4F00" w:rsidRDefault="00555243">
      <w:pPr>
        <w:ind w:left="317" w:hanging="173"/>
        <w:rPr>
          <w:sz w:val="28"/>
          <w:szCs w:val="28"/>
        </w:rPr>
      </w:pPr>
      <w:r w:rsidRPr="00EC4F00">
        <w:rPr>
          <w:sz w:val="28"/>
          <w:szCs w:val="28"/>
        </w:rPr>
        <w:t>•  Temporary discomfort from pressure, stretching, positioning, or movement</w:t>
      </w:r>
    </w:p>
    <w:p w14:paraId="2AA8C56E" w14:textId="77777777" w:rsidR="00B1531A" w:rsidRPr="00EC4F00" w:rsidRDefault="00555243">
      <w:pPr>
        <w:rPr>
          <w:sz w:val="28"/>
          <w:szCs w:val="28"/>
        </w:rPr>
      </w:pPr>
      <w:r w:rsidRPr="00EC4F00">
        <w:rPr>
          <w:sz w:val="28"/>
          <w:szCs w:val="28"/>
        </w:rPr>
        <w:t>Topical products may cause skin sensitivity or allergic reactions.</w:t>
      </w:r>
    </w:p>
    <w:p w14:paraId="27AAD7D1" w14:textId="77777777" w:rsidR="00B1531A" w:rsidRPr="00EC4F00" w:rsidRDefault="00555243">
      <w:pPr>
        <w:rPr>
          <w:sz w:val="28"/>
          <w:szCs w:val="28"/>
        </w:rPr>
      </w:pPr>
      <w:r w:rsidRPr="00EC4F00">
        <w:rPr>
          <w:sz w:val="28"/>
          <w:szCs w:val="28"/>
        </w:rPr>
        <w:t>I agree to inform my massage therapist of relevant medical conditions, medications, injuries, allergies, sensitivities, pregnancy, skin conditions, or changes in my health.</w:t>
      </w:r>
    </w:p>
    <w:p w14:paraId="60263202" w14:textId="77777777" w:rsidR="00B1531A" w:rsidRPr="00EC4F00" w:rsidRDefault="00555243">
      <w:pPr>
        <w:spacing w:after="40"/>
        <w:rPr>
          <w:sz w:val="28"/>
          <w:szCs w:val="28"/>
        </w:rPr>
      </w:pPr>
      <w:r w:rsidRPr="00EC4F00">
        <w:rPr>
          <w:sz w:val="28"/>
          <w:szCs w:val="28"/>
        </w:rPr>
        <w:t>I understand that results are not guaranteed and that massage therapy is not a substitute for medical care, diagnosis, or treatment.</w:t>
      </w:r>
    </w:p>
    <w:p w14:paraId="345962B3" w14:textId="77777777" w:rsidR="00B1531A" w:rsidRPr="00EC4F00" w:rsidRDefault="00555243">
      <w:pPr>
        <w:spacing w:before="100" w:after="20"/>
        <w:rPr>
          <w:sz w:val="28"/>
          <w:szCs w:val="28"/>
        </w:rPr>
      </w:pPr>
      <w:r w:rsidRPr="00EC4F00">
        <w:rPr>
          <w:b/>
          <w:sz w:val="36"/>
          <w:szCs w:val="28"/>
        </w:rPr>
        <w:t>6. SCOPE &amp; PROFESSIONAL BOUNDARIES</w:t>
      </w:r>
    </w:p>
    <w:p w14:paraId="642C3D0D" w14:textId="77777777" w:rsidR="00B1531A" w:rsidRPr="00EC4F00" w:rsidRDefault="00555243">
      <w:pPr>
        <w:rPr>
          <w:sz w:val="28"/>
          <w:szCs w:val="28"/>
        </w:rPr>
      </w:pPr>
      <w:r w:rsidRPr="00EC4F00">
        <w:rPr>
          <w:sz w:val="28"/>
          <w:szCs w:val="28"/>
        </w:rPr>
        <w:t>I understand that massage therapy is a professional service provided within the massage therapist's education, training, and legal scope of practice.</w:t>
      </w:r>
    </w:p>
    <w:p w14:paraId="102EF544" w14:textId="77777777" w:rsidR="00B1531A" w:rsidRPr="00EC4F00" w:rsidRDefault="00555243">
      <w:pPr>
        <w:ind w:left="317" w:hanging="173"/>
        <w:rPr>
          <w:sz w:val="28"/>
          <w:szCs w:val="28"/>
        </w:rPr>
      </w:pPr>
      <w:r w:rsidRPr="00EC4F00">
        <w:rPr>
          <w:sz w:val="28"/>
          <w:szCs w:val="28"/>
        </w:rPr>
        <w:t>•  Massage therapists do not diagnose illness or disease or prescribe medical treatment.</w:t>
      </w:r>
    </w:p>
    <w:p w14:paraId="7483E780" w14:textId="77777777" w:rsidR="00B1531A" w:rsidRPr="00EC4F00" w:rsidRDefault="00555243">
      <w:pPr>
        <w:ind w:left="317" w:hanging="173"/>
        <w:rPr>
          <w:sz w:val="28"/>
          <w:szCs w:val="28"/>
        </w:rPr>
      </w:pPr>
      <w:r w:rsidRPr="00EC4F00">
        <w:rPr>
          <w:sz w:val="28"/>
          <w:szCs w:val="28"/>
        </w:rPr>
        <w:t>•  Massage therapists do not provide services that require a separate professional license.</w:t>
      </w:r>
    </w:p>
    <w:p w14:paraId="03550361" w14:textId="77777777" w:rsidR="00B1531A" w:rsidRPr="00EC4F00" w:rsidRDefault="00555243">
      <w:pPr>
        <w:ind w:left="317" w:hanging="173"/>
        <w:rPr>
          <w:sz w:val="28"/>
          <w:szCs w:val="28"/>
        </w:rPr>
      </w:pPr>
      <w:r w:rsidRPr="00EC4F00">
        <w:rPr>
          <w:sz w:val="28"/>
          <w:szCs w:val="28"/>
        </w:rPr>
        <w:t>•  The therapist may modify, postpone, or decline massage when a condition or symptom makes massage inappropriate or when referral for medical evaluation is warranted.</w:t>
      </w:r>
    </w:p>
    <w:p w14:paraId="6F6F46AD" w14:textId="77777777" w:rsidR="00B1531A" w:rsidRPr="00EC4F00" w:rsidRDefault="00555243">
      <w:pPr>
        <w:ind w:left="317" w:hanging="173"/>
        <w:rPr>
          <w:sz w:val="28"/>
          <w:szCs w:val="28"/>
        </w:rPr>
      </w:pPr>
      <w:r w:rsidRPr="00EC4F00">
        <w:rPr>
          <w:sz w:val="28"/>
          <w:szCs w:val="28"/>
        </w:rPr>
        <w:t>•  All massage is performed with professional intent, and inappropriate behavior or requests may result in immediate termination of the session.</w:t>
      </w:r>
    </w:p>
    <w:p w14:paraId="1AF73BA9" w14:textId="77777777" w:rsidR="00B1531A" w:rsidRPr="00EC4F00" w:rsidRDefault="00555243">
      <w:pPr>
        <w:spacing w:before="100" w:after="20"/>
        <w:rPr>
          <w:sz w:val="28"/>
          <w:szCs w:val="28"/>
        </w:rPr>
      </w:pPr>
      <w:r w:rsidRPr="00EC4F00">
        <w:rPr>
          <w:b/>
          <w:sz w:val="36"/>
          <w:szCs w:val="28"/>
        </w:rPr>
        <w:t>7. INFORMED CONSENT</w:t>
      </w:r>
    </w:p>
    <w:p w14:paraId="19B880AA" w14:textId="77777777" w:rsidR="00B1531A" w:rsidRPr="00EC4F00" w:rsidRDefault="00555243">
      <w:pPr>
        <w:rPr>
          <w:sz w:val="28"/>
          <w:szCs w:val="28"/>
        </w:rPr>
      </w:pPr>
      <w:r w:rsidRPr="00EC4F00">
        <w:rPr>
          <w:sz w:val="28"/>
          <w:szCs w:val="28"/>
        </w:rPr>
        <w:t>I acknowledge that:</w:t>
      </w:r>
    </w:p>
    <w:p w14:paraId="562CAB0F" w14:textId="77777777" w:rsidR="00B1531A" w:rsidRPr="00EC4F00" w:rsidRDefault="00555243">
      <w:pPr>
        <w:ind w:left="317" w:hanging="173"/>
        <w:rPr>
          <w:sz w:val="28"/>
          <w:szCs w:val="28"/>
        </w:rPr>
      </w:pPr>
      <w:r w:rsidRPr="00EC4F00">
        <w:rPr>
          <w:sz w:val="28"/>
          <w:szCs w:val="28"/>
        </w:rPr>
        <w:t>•  I have read and understand the information in this document.</w:t>
      </w:r>
    </w:p>
    <w:p w14:paraId="0AAB4C39" w14:textId="77777777" w:rsidR="00B1531A" w:rsidRPr="00EC4F00" w:rsidRDefault="00555243">
      <w:pPr>
        <w:ind w:left="317" w:hanging="173"/>
        <w:rPr>
          <w:sz w:val="28"/>
          <w:szCs w:val="28"/>
        </w:rPr>
      </w:pPr>
      <w:r w:rsidRPr="00EC4F00">
        <w:rPr>
          <w:sz w:val="28"/>
          <w:szCs w:val="28"/>
        </w:rPr>
        <w:t>•  I have had the opportunity to ask questions.</w:t>
      </w:r>
    </w:p>
    <w:p w14:paraId="6897DE27" w14:textId="77777777" w:rsidR="00B1531A" w:rsidRPr="00EC4F00" w:rsidRDefault="00555243">
      <w:pPr>
        <w:ind w:left="317" w:hanging="173"/>
        <w:rPr>
          <w:sz w:val="28"/>
          <w:szCs w:val="28"/>
        </w:rPr>
      </w:pPr>
      <w:r w:rsidRPr="00EC4F00">
        <w:rPr>
          <w:sz w:val="28"/>
          <w:szCs w:val="28"/>
        </w:rPr>
        <w:t>•  The proposed massage plan has been discussed with me before hands-on care begins.</w:t>
      </w:r>
    </w:p>
    <w:p w14:paraId="253267E5" w14:textId="77777777" w:rsidR="00B1531A" w:rsidRPr="00EC4F00" w:rsidRDefault="00555243">
      <w:pPr>
        <w:ind w:left="317" w:hanging="173"/>
        <w:rPr>
          <w:sz w:val="28"/>
          <w:szCs w:val="28"/>
        </w:rPr>
      </w:pPr>
      <w:r w:rsidRPr="00EC4F00">
        <w:rPr>
          <w:sz w:val="28"/>
          <w:szCs w:val="28"/>
        </w:rPr>
        <w:t>•  I voluntarily give informed consent to receive massage therapy within the plan discussed with me.</w:t>
      </w:r>
    </w:p>
    <w:p w14:paraId="19C87AFC" w14:textId="77777777" w:rsidR="00B1531A" w:rsidRPr="00EC4F00" w:rsidRDefault="00555243">
      <w:pPr>
        <w:ind w:left="317" w:hanging="173"/>
        <w:rPr>
          <w:sz w:val="28"/>
          <w:szCs w:val="28"/>
        </w:rPr>
      </w:pPr>
      <w:r w:rsidRPr="00EC4F00">
        <w:rPr>
          <w:sz w:val="28"/>
          <w:szCs w:val="28"/>
        </w:rPr>
        <w:t>•  I understand that I may withdraw consent at any time.</w:t>
      </w:r>
    </w:p>
    <w:p w14:paraId="3B22D144" w14:textId="77777777" w:rsidR="00B1531A" w:rsidRPr="00EC4F00" w:rsidRDefault="00555243">
      <w:pPr>
        <w:ind w:left="317" w:hanging="173"/>
        <w:rPr>
          <w:sz w:val="28"/>
          <w:szCs w:val="28"/>
        </w:rPr>
      </w:pPr>
      <w:r w:rsidRPr="00EC4F00">
        <w:rPr>
          <w:sz w:val="28"/>
          <w:szCs w:val="28"/>
        </w:rPr>
        <w:t>•  I understand that consent is required for each session.</w:t>
      </w:r>
    </w:p>
    <w:p w14:paraId="41C2EEA0" w14:textId="77777777" w:rsidR="00B1531A" w:rsidRPr="00EC4F00" w:rsidRDefault="00B1531A">
      <w:pPr>
        <w:spacing w:after="40"/>
        <w:rPr>
          <w:sz w:val="28"/>
          <w:szCs w:val="28"/>
        </w:rPr>
      </w:pPr>
    </w:p>
    <w:p w14:paraId="6E49508E" w14:textId="765BC0AA" w:rsidR="00B1531A" w:rsidRDefault="00555243">
      <w:pPr>
        <w:spacing w:after="80"/>
        <w:rPr>
          <w:b/>
          <w:sz w:val="24"/>
          <w:szCs w:val="24"/>
        </w:rPr>
      </w:pPr>
      <w:r w:rsidRPr="00EC4F00">
        <w:rPr>
          <w:b/>
          <w:sz w:val="24"/>
          <w:szCs w:val="24"/>
        </w:rPr>
        <w:t>CLIENT SIGNATURE: ________</w:t>
      </w:r>
      <w:r w:rsidRPr="00EC4F00">
        <w:rPr>
          <w:b/>
          <w:sz w:val="24"/>
          <w:szCs w:val="24"/>
        </w:rPr>
        <w:t>__</w:t>
      </w:r>
      <w:r w:rsidR="00EC4F00">
        <w:rPr>
          <w:b/>
          <w:sz w:val="24"/>
          <w:szCs w:val="24"/>
        </w:rPr>
        <w:t>_______</w:t>
      </w:r>
      <w:r w:rsidRPr="00EC4F00">
        <w:rPr>
          <w:b/>
          <w:sz w:val="24"/>
          <w:szCs w:val="24"/>
        </w:rPr>
        <w:t>______________</w:t>
      </w:r>
      <w:r w:rsidR="00EC4F00">
        <w:rPr>
          <w:b/>
          <w:sz w:val="24"/>
          <w:szCs w:val="24"/>
        </w:rPr>
        <w:t>___</w:t>
      </w:r>
      <w:r w:rsidRPr="00EC4F00">
        <w:rPr>
          <w:b/>
          <w:sz w:val="24"/>
          <w:szCs w:val="24"/>
        </w:rPr>
        <w:t>_______</w:t>
      </w:r>
      <w:proofErr w:type="gramStart"/>
      <w:r w:rsidRPr="00EC4F00">
        <w:rPr>
          <w:b/>
          <w:sz w:val="24"/>
          <w:szCs w:val="24"/>
        </w:rPr>
        <w:t xml:space="preserve">_  </w:t>
      </w:r>
      <w:proofErr w:type="gramEnd"/>
      <w:r w:rsidRPr="00EC4F00">
        <w:rPr>
          <w:b/>
          <w:sz w:val="24"/>
          <w:szCs w:val="24"/>
        </w:rPr>
        <w:t xml:space="preserve"> DATE: ______</w:t>
      </w:r>
      <w:r w:rsidR="00EC4F00">
        <w:rPr>
          <w:b/>
          <w:sz w:val="24"/>
          <w:szCs w:val="24"/>
        </w:rPr>
        <w:t>___</w:t>
      </w:r>
      <w:r w:rsidRPr="00EC4F00">
        <w:rPr>
          <w:b/>
          <w:sz w:val="24"/>
          <w:szCs w:val="24"/>
        </w:rPr>
        <w:t>____</w:t>
      </w:r>
    </w:p>
    <w:p w14:paraId="2D1063F6" w14:textId="77777777" w:rsidR="00EC4F00" w:rsidRPr="00EC4F00" w:rsidRDefault="00EC4F00">
      <w:pPr>
        <w:spacing w:after="80"/>
        <w:rPr>
          <w:sz w:val="24"/>
          <w:szCs w:val="24"/>
        </w:rPr>
      </w:pPr>
    </w:p>
    <w:p w14:paraId="0DA44F06" w14:textId="2586662F" w:rsidR="00B1531A" w:rsidRPr="00EC4F00" w:rsidRDefault="00555243">
      <w:pPr>
        <w:rPr>
          <w:sz w:val="24"/>
          <w:szCs w:val="24"/>
        </w:rPr>
      </w:pPr>
      <w:r w:rsidRPr="00EC4F00">
        <w:rPr>
          <w:b/>
          <w:sz w:val="24"/>
          <w:szCs w:val="24"/>
        </w:rPr>
        <w:t>PRACTITIONER SIGNATURE: ______</w:t>
      </w:r>
      <w:r w:rsidR="00EC4F00">
        <w:rPr>
          <w:b/>
          <w:sz w:val="24"/>
          <w:szCs w:val="24"/>
        </w:rPr>
        <w:t>_________</w:t>
      </w:r>
      <w:r w:rsidRPr="00EC4F00">
        <w:rPr>
          <w:b/>
          <w:sz w:val="24"/>
          <w:szCs w:val="24"/>
        </w:rPr>
        <w:t>____</w:t>
      </w:r>
      <w:r w:rsidRPr="00EC4F00">
        <w:rPr>
          <w:b/>
          <w:sz w:val="24"/>
          <w:szCs w:val="24"/>
        </w:rPr>
        <w:t>_______________   DATE: ______</w:t>
      </w:r>
      <w:r w:rsidR="00EC4F00">
        <w:rPr>
          <w:b/>
          <w:sz w:val="24"/>
          <w:szCs w:val="24"/>
        </w:rPr>
        <w:t>___</w:t>
      </w:r>
      <w:r w:rsidRPr="00EC4F00">
        <w:rPr>
          <w:b/>
          <w:sz w:val="24"/>
          <w:szCs w:val="24"/>
        </w:rPr>
        <w:t>____</w:t>
      </w:r>
    </w:p>
    <w:p w14:paraId="73786155" w14:textId="77777777" w:rsidR="00B1531A" w:rsidRPr="00EC4F00" w:rsidRDefault="00B1531A">
      <w:pPr>
        <w:spacing w:after="80"/>
        <w:rPr>
          <w:sz w:val="24"/>
          <w:szCs w:val="24"/>
        </w:rPr>
      </w:pPr>
    </w:p>
    <w:p w14:paraId="6C3AF702" w14:textId="77777777" w:rsidR="00B1531A" w:rsidRPr="00EC4F00" w:rsidRDefault="00555243">
      <w:pPr>
        <w:jc w:val="center"/>
        <w:rPr>
          <w:sz w:val="28"/>
          <w:szCs w:val="28"/>
        </w:rPr>
      </w:pPr>
      <w:r w:rsidRPr="00EC4F00">
        <w:rPr>
          <w:b/>
          <w:sz w:val="24"/>
          <w:szCs w:val="28"/>
        </w:rPr>
        <w:t>GENERAL USE | MASSAGE THERAPY INFORMED CONSENT</w:t>
      </w:r>
    </w:p>
    <w:p w14:paraId="2D22EEC1" w14:textId="77777777" w:rsidR="00B1531A" w:rsidRPr="00EC4F00" w:rsidRDefault="00555243">
      <w:pPr>
        <w:jc w:val="center"/>
        <w:rPr>
          <w:sz w:val="28"/>
          <w:szCs w:val="28"/>
        </w:rPr>
      </w:pPr>
      <w:r w:rsidRPr="00EC4F00">
        <w:rPr>
          <w:szCs w:val="28"/>
        </w:rPr>
        <w:t>Editable practitioner resource</w:t>
      </w:r>
    </w:p>
    <w:p w14:paraId="302E32AA" w14:textId="77777777" w:rsidR="00B1531A" w:rsidRPr="00EC4F00" w:rsidRDefault="00555243">
      <w:pPr>
        <w:jc w:val="center"/>
        <w:rPr>
          <w:sz w:val="28"/>
          <w:szCs w:val="28"/>
        </w:rPr>
      </w:pPr>
      <w:r w:rsidRPr="00EC4F00">
        <w:rPr>
          <w:sz w:val="20"/>
          <w:szCs w:val="28"/>
        </w:rPr>
        <w:t>Review and adapt for your practice, training, policies, and applicable law.</w:t>
      </w:r>
    </w:p>
    <w:sectPr w:rsidR="00B1531A" w:rsidRPr="00EC4F00"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9091359">
    <w:abstractNumId w:val="8"/>
  </w:num>
  <w:num w:numId="2" w16cid:durableId="516191799">
    <w:abstractNumId w:val="6"/>
  </w:num>
  <w:num w:numId="3" w16cid:durableId="2096973217">
    <w:abstractNumId w:val="5"/>
  </w:num>
  <w:num w:numId="4" w16cid:durableId="727146024">
    <w:abstractNumId w:val="4"/>
  </w:num>
  <w:num w:numId="5" w16cid:durableId="1536500068">
    <w:abstractNumId w:val="7"/>
  </w:num>
  <w:num w:numId="6" w16cid:durableId="2035036107">
    <w:abstractNumId w:val="3"/>
  </w:num>
  <w:num w:numId="7" w16cid:durableId="1047874362">
    <w:abstractNumId w:val="2"/>
  </w:num>
  <w:num w:numId="8" w16cid:durableId="1557157948">
    <w:abstractNumId w:val="1"/>
  </w:num>
  <w:num w:numId="9" w16cid:durableId="4353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57645"/>
    <w:rsid w:val="00555243"/>
    <w:rsid w:val="00A9377E"/>
    <w:rsid w:val="00AA1D8D"/>
    <w:rsid w:val="00B1531A"/>
    <w:rsid w:val="00B47730"/>
    <w:rsid w:val="00CB0664"/>
    <w:rsid w:val="00EC4F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0601F"/>
  <w14:defaultImageDpi w14:val="300"/>
  <w15:docId w15:val="{3F836472-2F0D-4EDE-8410-E7EE74EF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3811</Characters>
  <Application>Microsoft Office Word</Application>
  <DocSecurity>0</DocSecurity>
  <Lines>108</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Nichole Cross</cp:lastModifiedBy>
  <cp:revision>2</cp:revision>
  <dcterms:created xsi:type="dcterms:W3CDTF">2026-09-27T04:48:00Z</dcterms:created>
  <dcterms:modified xsi:type="dcterms:W3CDTF">2026-09-27T04:48:00Z</dcterms:modified>
  <cp:category/>
</cp:coreProperties>
</file>